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Your Paper Title</w:t>
      </w:r>
    </w:p>
    <w:p>
      <w:pPr>
        <w:jc w:val="center"/>
      </w:pPr>
      <w:r>
        <w:rPr>
          <w:b w:val="0"/>
          <w:sz w:val="20"/>
        </w:rPr>
        <w:t>First Author¹, Second Author² and Corresponding Author¹</w:t>
      </w:r>
    </w:p>
    <w:p>
      <w:pPr>
        <w:jc w:val="center"/>
      </w:pPr>
      <w:r>
        <w:rPr>
          <w:b w:val="0"/>
          <w:sz w:val="20"/>
        </w:rPr>
        <w:t>¹ Department, Institution, City, Country</w:t>
        <w:br/>
        <w:t>² Department, Institution, City, Country</w:t>
        <w:br/>
        <w:t>Corresponding author: email@example.org</w:t>
      </w:r>
    </w:p>
    <w:p>
      <w:r>
        <w:rPr>
          <w:b/>
        </w:rPr>
        <w:t xml:space="preserve">Abstract. </w:t>
      </w:r>
      <w:r>
        <w:t>Replace this instruction with a 200–250 word standalone abstract. State the problem, research objective, method, principal results and contribution to industrial robotics, AI, or data analytics. Use actual findings; clearly label work in progress. Avoid citations and unexplained abbreviations.</w:t>
      </w:r>
    </w:p>
    <w:p>
      <w:r>
        <w:t>Keywords: keyword one; keyword two; keyword three; keyword four</w:t>
      </w:r>
    </w:p>
    <w:p>
      <w:r>
        <w:t>Submission type: Research Paper / Industry Case Study Paper. Primary track: Select one of the six ICIRAD tracks.</w:t>
      </w:r>
    </w:p>
    <w:p>
      <w:pPr>
        <w:pStyle w:val="Heading1"/>
      </w:pPr>
      <w:r>
        <w:t>1. Introduction</w:t>
      </w:r>
    </w:p>
    <w:p>
      <w:r>
        <w:t xml:space="preserve">Define the industrial or engineering problem, its importance, the research gap and the contribution. State the research question. Vehicle routing has a long methodological history (Dantzig &amp; Ramser, 1959). </w:t>
      </w:r>
    </w:p>
    <w:p>
      <w:pPr>
        <w:pStyle w:val="Heading1"/>
      </w:pPr>
      <w:r>
        <w:t>2. Literature Review</w:t>
      </w:r>
    </w:p>
    <w:p>
      <w:r>
        <w:t>Synthesize relevant evidence and competing methods. Explain assumptions, limitations and the gap addressed by your work. Use author–year citations; for three or more authors use the first surname followed by et al. from the first citation.</w:t>
      </w:r>
    </w:p>
    <w:p>
      <w:pPr>
        <w:pStyle w:val="Heading1"/>
      </w:pPr>
      <w:r>
        <w:t>3. Methodology</w:t>
      </w:r>
    </w:p>
    <w:p>
      <w:r>
        <w:t xml:space="preserve">Describe the data, model, assumptions, experimental design, baselines and evaluation metrics sufficiently for replication. Define variables and units. Report relevant ethics approvals and data permissions. </w:t>
      </w:r>
    </w:p>
    <w:p>
      <w:pPr>
        <w:pStyle w:val="Heading1"/>
      </w:pPr>
      <w:r>
        <w:t>4. Results and Discussion</w:t>
      </w:r>
    </w:p>
    <w:p>
      <w:r>
        <w:t xml:space="preserve">Report actual results and compare appropriate baselines. Quantify uncertainty, interpret findings in relation to the research question and explain operational implications. Distinguish observations from interpretation. </w:t>
      </w:r>
    </w:p>
    <w:p>
      <w:r>
        <w:rPr>
          <w:b/>
        </w:rPr>
        <w:t>Table 1</w:t>
      </w:r>
    </w:p>
    <w:p>
      <w:r>
        <w:rPr>
          <w:i/>
        </w:rPr>
        <w:t>Example Reporting Structure</w:t>
      </w:r>
    </w:p>
    <w:tbl>
      <w:tblPr>
        <w:tblStyle w:val="TableGrid"/>
        <w:tblW w:type="auto" w:w="0"/>
        <w:tblLook w:firstColumn="1" w:firstRow="1" w:lastColumn="0" w:lastRow="0" w:noHBand="0" w:noVBand="1" w:val="04A0"/>
      </w:tblPr>
      <w:tblGrid>
        <w:gridCol w:w="3120"/>
        <w:gridCol w:w="3120"/>
        <w:gridCol w:w="3120"/>
      </w:tblGrid>
      <w:tr>
        <w:tc>
          <w:tcPr>
            <w:tcW w:type="dxa" w:w="3120"/>
          </w:tcPr>
          <w:p>
            <w:r>
              <w:t>Method</w:t>
            </w:r>
          </w:p>
        </w:tc>
        <w:tc>
          <w:tcPr>
            <w:tcW w:type="dxa" w:w="3120"/>
          </w:tcPr>
          <w:p>
            <w:r>
              <w:t>Metric (unit)</w:t>
            </w:r>
          </w:p>
        </w:tc>
        <w:tc>
          <w:tcPr>
            <w:tcW w:type="dxa" w:w="3120"/>
          </w:tcPr>
          <w:p>
            <w:r>
              <w:t>Measured result</w:t>
            </w:r>
          </w:p>
        </w:tc>
      </w:tr>
      <w:tr>
        <w:tc>
          <w:tcPr>
            <w:tcW w:type="dxa" w:w="3120"/>
          </w:tcPr>
          <w:p>
            <w:r>
              <w:t>Baseline</w:t>
            </w:r>
          </w:p>
        </w:tc>
        <w:tc>
          <w:tcPr>
            <w:tcW w:type="dxa" w:w="3120"/>
          </w:tcPr>
          <w:p>
            <w:r>
              <w:t>Define metric</w:t>
            </w:r>
          </w:p>
        </w:tc>
        <w:tc>
          <w:tcPr>
            <w:tcW w:type="dxa" w:w="3120"/>
          </w:tcPr>
          <w:p>
            <w:r>
              <w:t>Insert result</w:t>
            </w:r>
          </w:p>
        </w:tc>
      </w:tr>
      <w:tr>
        <w:tc>
          <w:tcPr>
            <w:tcW w:type="dxa" w:w="3120"/>
          </w:tcPr>
          <w:p>
            <w:r>
              <w:t>Proposed method</w:t>
            </w:r>
          </w:p>
        </w:tc>
        <w:tc>
          <w:tcPr>
            <w:tcW w:type="dxa" w:w="3120"/>
          </w:tcPr>
          <w:p>
            <w:r>
              <w:t>Same metric</w:t>
            </w:r>
          </w:p>
        </w:tc>
        <w:tc>
          <w:tcPr>
            <w:tcW w:type="dxa" w:w="3120"/>
          </w:tcPr>
          <w:p>
            <w:r>
              <w:t>Insert result</w:t>
            </w:r>
          </w:p>
        </w:tc>
      </w:tr>
    </w:tbl>
    <w:p>
      <w:r>
        <w:t xml:space="preserve">Note. This table contains instructions, not experimental data. </w:t>
      </w:r>
    </w:p>
    <w:p>
      <w:pPr>
        <w:pStyle w:val="Heading1"/>
      </w:pPr>
      <w:r>
        <w:t>5. Conclusion</w:t>
      </w:r>
    </w:p>
    <w:p>
      <w:r>
        <w:t>Answer the research question, state the supported contribution, identify limitations and outline focused future work. Do not introduce unsupported new results.</w:t>
      </w:r>
    </w:p>
    <w:p>
      <w:pPr>
        <w:pStyle w:val="Heading1"/>
      </w:pPr>
      <w:r>
        <w:t>Acknowledgments and Declarations</w:t>
      </w:r>
    </w:p>
    <w:p>
      <w:r>
        <w:t>Include applicable funding, author contributions, conflicts of interest, ethics approval, consent, data availability and material AI-tool use statements. Do not invent approvals or funding.</w:t>
      </w:r>
    </w:p>
    <w:p>
      <w:pPr>
        <w:pStyle w:val="Heading1"/>
      </w:pPr>
      <w:r>
        <w:t>References</w:t>
      </w:r>
    </w:p>
    <w:p>
      <w:pPr>
        <w:ind w:left="720" w:hanging="720"/>
      </w:pPr>
      <w:r>
        <w:t xml:space="preserve">Dantzig, G. B., &amp; Ramser, J. H. (1959). The truck dispatching problem. </w:t>
      </w:r>
      <w:r>
        <w:rPr>
          <w:i/>
        </w:rPr>
        <w:t>Management Science, 6</w:t>
      </w:r>
      <w:r>
        <w:t>(1), 80–91. https://doi.org/10.1287/mnsc.6.1.80</w:t>
      </w:r>
    </w:p>
    <w:p>
      <w:r>
        <w:br w:type="page"/>
      </w:r>
    </w:p>
    <w:p>
      <w:pPr>
        <w:pStyle w:val="Heading1"/>
      </w:pPr>
      <w:r>
        <w:t>Template Instructions — Delete This Page</w:t>
      </w:r>
    </w:p>
    <w:p>
      <w:pPr>
        <w:pStyle w:val="ListBullet"/>
      </w:pPr>
      <w:r>
        <w:t>ICIRAD 2027 • Bangkok, Thailand • August 6–8, 2027.</w:t>
      </w:r>
    </w:p>
    <w:p>
      <w:pPr>
        <w:pStyle w:val="ListBullet"/>
      </w:pPr>
      <w:r>
        <w:t>Custom proceedings layout; APA 7th edition applies to citations and references. This is not the full APA student/professional paper layout and is not an external publisher template.</w:t>
      </w:r>
    </w:p>
    <w:p>
      <w:pPr>
        <w:pStyle w:val="ListBullet"/>
      </w:pPr>
      <w:r>
        <w:t>US Letter, 1-inch margins, single column, Times New Roman 11 pt, single line spacing. Title 16 pt; numbered section headings 12 pt bold. Proposed paper length: 6–10 pages including references.</w:t>
      </w:r>
    </w:p>
    <w:p>
      <w:pPr>
        <w:pStyle w:val="ListBullet"/>
      </w:pPr>
      <w:r>
        <w:t>Use 200–250 words for the abstract and 3–5 keywords. Adapt section names to your research design. For Industry Case Study Papers, include the industrial context, implementation, evaluation evidence, limitations, and transferable lessons.</w:t>
      </w:r>
    </w:p>
    <w:p>
      <w:pPr>
        <w:pStyle w:val="ListBullet"/>
      </w:pPr>
      <w:r>
        <w:t>Include author names, affiliations, and the corresponding-author email at initial submission. Author details are visible to reviewers.</w:t>
      </w:r>
    </w:p>
    <w:p>
      <w:pPr>
        <w:pStyle w:val="ListBullet"/>
      </w:pPr>
      <w:r>
        <w:t>Use this same template for initial submission, revisions, and the accepted manuscript. Confirm the author list and declarations before publication.</w:t>
      </w:r>
    </w:p>
    <w:p>
      <w:pPr>
        <w:pStyle w:val="ListBullet"/>
      </w:pPr>
      <w:r>
        <w:t>APA 7: author–year citations; alphabetical reference list; 0.5-inch hanging indent; include DOI as https://doi.org/... when available. Every cited source must appear in the list and vice versa. Check metadata against the actual source.</w:t>
      </w:r>
    </w:p>
    <w:p>
      <w:pPr>
        <w:pStyle w:val="ListBullet"/>
      </w:pPr>
      <w:r>
        <w:t>Replace all sample text and the example reference. Use the Word equation editor for editable equations; do not paste equation screenshots. Use table titles above and figure captions below.</w:t>
      </w:r>
    </w:p>
    <w:p>
      <w:pPr>
        <w:pStyle w:val="ListBullet"/>
      </w:pPr>
      <w:r>
        <w:t>Export to PDF and inspect all pages. Final publication license, ISBN, DOI and indexing are not confirmed. Submission portal and policy are subject to organizer confirmation.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ICIRAD 2027 Manuscript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